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Style w:val="TableGrid"/>
        <w:bidiVisual/>
        <w:tblBorders>
          <w:top w:val="nil"/>
          <w:left w:val="nil"/>
          <w:right w:val="nil"/>
          <w:insideV w:val="nil"/>
          <w:insideH w:val="nil"/>
          <w:bottom w:val="single" w:sz="24" w:color="1565C0"/>
        </w:tblBorders>
        <w:tblW w:w="10204" w:type="dxa"/>
      </w:tblPr>
      <w:tblGrid>
        <w:gridCol w:w="8617"/>
        <w:gridCol w:w="1587"/>
      </w:tblGrid>
      <w:tr>
        <w:tc>
          <w:tcPr>
            <w:tcW w:type="dxa" w:w="8617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40"/>
                <w:rtl/>
                <w:bCs/>
                <w:szCs w:val="40"/>
              </w:rPr>
              <w:t>⚓ העוגנים שלי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color w:val="4B5B75"/>
                <w:sz w:val="20"/>
                <w:rtl/>
                <w:bCs/>
                <w:szCs w:val="20"/>
              </w:rPr>
              <w:t>ערכה להדפסה • חינוך מיוחד • תמונות וסמלים • פדגוגיה רגשית-חברתית</w:t>
            </w:r>
          </w:p>
        </w:tc>
        <w:tc>
          <w:tcPr>
            <w:tcW w:type="dxa" w:w="1587"/>
          </w:tcPr>
          <w:p>
            <w:pPr>
              <w:bidi/>
              <w:spacing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4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EF5FF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8"/>
                <w:rtl/>
                <w:bCs/>
                <w:szCs w:val="28"/>
              </w:rPr>
              <w:t>👩‍🏫 מהדורה למורה: דגשים והנחיות לפעילות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rtl/>
                <w:bCs/>
              </w:rPr>
              <w:t>מטרות הפעילות</w:t>
            </w:r>
          </w:p>
          <w:p>
            <w:pPr>
              <w:bidi/>
              <w:spacing w:after="40"/>
              <w:jc w:val="right"/>
            </w:pPr>
            <w:r>
              <w:rPr>
                <w:sz w:val="22"/>
                <w:rtl/>
                <w:szCs w:val="22"/>
              </w:rPr>
              <w:t>• לזהות רגש ״רגוע״ מול ״לחוץ״ בעזרת תמונות וצבעים.</w:t>
            </w:r>
          </w:p>
          <w:p>
            <w:pPr>
              <w:bidi/>
              <w:spacing w:after="40"/>
              <w:jc w:val="right"/>
            </w:pPr>
            <w:r>
              <w:rPr>
                <w:sz w:val="22"/>
                <w:rtl/>
                <w:szCs w:val="22"/>
              </w:rPr>
              <w:t>• לבחור 2–3 עוגנים אישיים מכרטיסי תמונה.</w:t>
            </w:r>
          </w:p>
          <w:p>
            <w:pPr>
              <w:bidi/>
              <w:spacing w:after="40"/>
              <w:jc w:val="right"/>
            </w:pPr>
            <w:r>
              <w:rPr>
                <w:sz w:val="22"/>
                <w:rtl/>
                <w:szCs w:val="22"/>
              </w:rPr>
              <w:t>• לתרגל צעד אחד: לעצור ולספר למבוגר/ת.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5׳ · פתיחה: </w:t>
            </w:r>
            <w:r>
              <w:rPr>
                <w:sz w:val="22"/>
                <w:rtl/>
                <w:szCs w:val="22"/>
              </w:rPr>
              <w:t>מראים תמונה של סירה ועוגן. נושמים יחד 3 נשימות.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10׳ · חלק א׳: </w:t>
            </w:r>
            <w:r>
              <w:rPr>
                <w:sz w:val="22"/>
                <w:rtl/>
                <w:szCs w:val="22"/>
              </w:rPr>
              <w:t>מקיפים תמונות של עוגנים.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10׳ · חלק ב׳: </w:t>
            </w:r>
            <w:r>
              <w:rPr>
                <w:sz w:val="22"/>
                <w:rtl/>
                <w:szCs w:val="22"/>
              </w:rPr>
              <w:t>מד-חום בצבעים: מצביעים איך אני מרגיש/ה.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10׳ · חלק ג׳: </w:t>
            </w:r>
            <w:r>
              <w:rPr>
                <w:sz w:val="22"/>
                <w:rtl/>
                <w:szCs w:val="22"/>
              </w:rPr>
              <w:t>בוחרים מה עושים כשמשהו לא נעים בטלפון.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5׳ · סיכום: </w:t>
            </w:r>
            <w:r>
              <w:rPr>
                <w:sz w:val="22"/>
                <w:rtl/>
                <w:szCs w:val="22"/>
              </w:rPr>
              <w:t>כרטיס יציאה בתמונות.</w:t>
            </w:r>
          </w:p>
          <w:p>
            <w:pPr>
              <w:bidi/>
              <w:spacing w:after="80"/>
              <w:jc w:val="right"/>
            </w:pPr>
            <w:r>
              <w:rPr>
                <w:color w:val="4B5B75"/>
                <w:sz w:val="19"/>
                <w:rtl/>
                <w:szCs w:val="19"/>
              </w:rPr>
              <w:t>🛟 תמיכה, לא טיפול: אין חובה לשתף. כל חשש למצוקה או לפגיעה – פונים ליועצת או לפסיכולוגית בית הספר.</w:t>
            </w:r>
          </w:p>
        </w:tc>
      </w:tr>
    </w:tbl>
    <w:p>
      <w:r>
        <w:br w:type="page"/>
      </w:r>
    </w:p>
    <w:tbl>
      <w:tblPr>
        <w:tblLayout w:type="fixed"/>
        <w:tblLook w:firstColumn="1" w:firstRow="1" w:lastColumn="0" w:lastRow="0" w:noHBand="0" w:noVBand="1" w:val="04A0"/>
        <w:tblStyle w:val="TableGrid"/>
        <w:bidiVisual/>
        <w:tblBorders>
          <w:top w:val="nil"/>
          <w:left w:val="nil"/>
          <w:right w:val="nil"/>
          <w:insideV w:val="nil"/>
          <w:insideH w:val="nil"/>
          <w:bottom w:val="single" w:sz="24" w:color="1565C0"/>
        </w:tblBorders>
        <w:tblW w:w="10204" w:type="dxa"/>
      </w:tblPr>
      <w:tblGrid>
        <w:gridCol w:w="8617"/>
        <w:gridCol w:w="1587"/>
      </w:tblGrid>
      <w:tr>
        <w:tc>
          <w:tcPr>
            <w:tcW w:type="dxa" w:w="8617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40"/>
                <w:rtl/>
                <w:bCs/>
                <w:szCs w:val="40"/>
              </w:rPr>
              <w:t>⚓ העוגנים שלי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color w:val="4B5B75"/>
                <w:sz w:val="20"/>
                <w:rtl/>
                <w:bCs/>
                <w:szCs w:val="20"/>
              </w:rPr>
              <w:t>ערכה להדפסה • חינוך מיוחד • תמונות וסמלים • פדגוגיה רגשית-חברתית</w:t>
            </w:r>
          </w:p>
        </w:tc>
        <w:tc>
          <w:tcPr>
            <w:tcW w:type="dxa" w:w="1587"/>
          </w:tcPr>
          <w:p>
            <w:pPr>
              <w:bidi/>
              <w:spacing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160"/>
        <w:jc w:val="right"/>
      </w:pPr>
      <w:r>
        <w:rPr>
          <w:rtl/>
        </w:rPr>
        <w:t>שם התלמיד/ה: ____________________  כיתה: ________  תאריך: 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EEFB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7"/>
                <w:rtl/>
                <w:bCs/>
                <w:szCs w:val="27"/>
              </w:rPr>
              <w:t>חלק א׳: מה עוזר לי?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80"/>
        <w:jc w:val="right"/>
      </w:pPr>
      <w:r>
        <w:rPr>
          <w:rtl/>
        </w:rPr>
        <w:t>הקיפו את התמונות שעוזרות לכם להירגע.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20"/>
              <w:jc w:val="center"/>
            </w:pPr>
            <w:r>
              <w:rPr>
                <w:sz w:val="56"/>
                <w:rtl/>
                <w:szCs w:val="56"/>
              </w:rPr>
              <w:t>🚶</w:t>
            </w:r>
          </w:p>
          <w:p>
            <w:pPr>
              <w:bidi/>
              <w:spacing w:after="80"/>
              <w:jc w:val="center"/>
            </w:pPr>
            <w:r>
              <w:rPr>
                <w:b/>
                <w:rtl/>
                <w:bCs/>
              </w:rPr>
              <w:t>הליכה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center"/>
            </w:pPr>
            <w:r>
              <w:rPr>
                <w:sz w:val="56"/>
                <w:rtl/>
                <w:szCs w:val="56"/>
              </w:rPr>
              <w:t>🌬️</w:t>
            </w:r>
          </w:p>
          <w:p>
            <w:pPr>
              <w:bidi/>
              <w:spacing w:after="80"/>
              <w:jc w:val="center"/>
            </w:pPr>
            <w:r>
              <w:rPr>
                <w:b/>
                <w:rtl/>
                <w:bCs/>
              </w:rPr>
              <w:t>נשימה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center"/>
            </w:pPr>
            <w:r>
              <w:rPr>
                <w:sz w:val="56"/>
                <w:rtl/>
                <w:szCs w:val="56"/>
              </w:rPr>
              <w:t>🚿</w:t>
            </w:r>
          </w:p>
          <w:p>
            <w:pPr>
              <w:bidi/>
              <w:spacing w:after="80"/>
              <w:jc w:val="center"/>
            </w:pPr>
            <w:r>
              <w:rPr>
                <w:b/>
                <w:rtl/>
                <w:bCs/>
              </w:rPr>
              <w:t>מקלחת</w:t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  <w:jc w:val="center"/>
            </w:pPr>
            <w:r>
              <w:rPr>
                <w:sz w:val="56"/>
                <w:rtl/>
                <w:szCs w:val="56"/>
              </w:rPr>
              <w:t>😴</w:t>
            </w:r>
          </w:p>
          <w:p>
            <w:pPr>
              <w:bidi/>
              <w:spacing w:after="80"/>
              <w:jc w:val="center"/>
            </w:pPr>
            <w:r>
              <w:rPr>
                <w:b/>
                <w:rtl/>
                <w:bCs/>
              </w:rPr>
              <w:t>שינה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center"/>
            </w:pPr>
            <w:r>
              <w:rPr>
                <w:sz w:val="56"/>
                <w:rtl/>
                <w:szCs w:val="56"/>
              </w:rPr>
              <w:t>⚽</w:t>
            </w:r>
          </w:p>
          <w:p>
            <w:pPr>
              <w:bidi/>
              <w:spacing w:after="80"/>
              <w:jc w:val="center"/>
            </w:pPr>
            <w:r>
              <w:rPr>
                <w:b/>
                <w:rtl/>
                <w:bCs/>
              </w:rPr>
              <w:t>כדור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center"/>
            </w:pPr>
            <w:r>
              <w:rPr>
                <w:sz w:val="56"/>
                <w:rtl/>
                <w:szCs w:val="56"/>
              </w:rPr>
              <w:t>💃</w:t>
            </w:r>
          </w:p>
          <w:p>
            <w:pPr>
              <w:bidi/>
              <w:spacing w:after="80"/>
              <w:jc w:val="center"/>
            </w:pPr>
            <w:r>
              <w:rPr>
                <w:b/>
                <w:rtl/>
                <w:bCs/>
              </w:rPr>
              <w:t>ריקוד</w:t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  <w:jc w:val="center"/>
            </w:pPr>
            <w:r>
              <w:rPr>
                <w:sz w:val="56"/>
                <w:rtl/>
                <w:szCs w:val="56"/>
              </w:rPr>
              <w:t>🎧</w:t>
            </w:r>
          </w:p>
          <w:p>
            <w:pPr>
              <w:bidi/>
              <w:spacing w:after="80"/>
              <w:jc w:val="center"/>
            </w:pPr>
            <w:r>
              <w:rPr>
                <w:b/>
                <w:rtl/>
                <w:bCs/>
              </w:rPr>
              <w:t>מוזיקה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center"/>
            </w:pPr>
            <w:r>
              <w:rPr>
                <w:sz w:val="56"/>
                <w:rtl/>
                <w:szCs w:val="56"/>
              </w:rPr>
              <w:t>🖍️</w:t>
            </w:r>
          </w:p>
          <w:p>
            <w:pPr>
              <w:bidi/>
              <w:spacing w:after="80"/>
              <w:jc w:val="center"/>
            </w:pPr>
            <w:r>
              <w:rPr>
                <w:b/>
                <w:rtl/>
                <w:bCs/>
              </w:rPr>
              <w:t>ציור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center"/>
            </w:pPr>
            <w:r>
              <w:rPr>
                <w:sz w:val="56"/>
                <w:rtl/>
                <w:szCs w:val="56"/>
              </w:rPr>
              <w:t>🐶</w:t>
            </w:r>
          </w:p>
          <w:p>
            <w:pPr>
              <w:bidi/>
              <w:spacing w:after="80"/>
              <w:jc w:val="center"/>
            </w:pPr>
            <w:r>
              <w:rPr>
                <w:b/>
                <w:rtl/>
                <w:bCs/>
              </w:rPr>
              <w:t>חיה</w:t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  <w:jc w:val="center"/>
            </w:pPr>
            <w:r>
              <w:rPr>
                <w:sz w:val="56"/>
                <w:rtl/>
                <w:szCs w:val="56"/>
              </w:rPr>
              <w:t>📖</w:t>
            </w:r>
          </w:p>
          <w:p>
            <w:pPr>
              <w:bidi/>
              <w:spacing w:after="80"/>
              <w:jc w:val="center"/>
            </w:pPr>
            <w:r>
              <w:rPr>
                <w:b/>
                <w:rtl/>
                <w:bCs/>
              </w:rPr>
              <w:t>ספר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center"/>
            </w:pPr>
            <w:r>
              <w:rPr>
                <w:sz w:val="56"/>
                <w:rtl/>
                <w:szCs w:val="56"/>
              </w:rPr>
              <w:t>🧸</w:t>
            </w:r>
          </w:p>
          <w:p>
            <w:pPr>
              <w:bidi/>
              <w:spacing w:after="80"/>
              <w:jc w:val="center"/>
            </w:pPr>
            <w:r>
              <w:rPr>
                <w:b/>
                <w:rtl/>
                <w:bCs/>
              </w:rPr>
              <w:t>חפץ אהוב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center"/>
            </w:pPr>
            <w:r>
              <w:rPr>
                <w:sz w:val="56"/>
                <w:rtl/>
                <w:szCs w:val="56"/>
              </w:rPr>
              <w:t>😂</w:t>
            </w:r>
          </w:p>
          <w:p>
            <w:pPr>
              <w:bidi/>
              <w:spacing w:after="80"/>
              <w:jc w:val="center"/>
            </w:pPr>
            <w:r>
              <w:rPr>
                <w:b/>
                <w:rtl/>
                <w:bCs/>
              </w:rPr>
              <w:t>צחוק</w:t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  <w:jc w:val="center"/>
            </w:pPr>
            <w:r>
              <w:rPr>
                <w:sz w:val="56"/>
                <w:rtl/>
                <w:szCs w:val="56"/>
              </w:rPr>
              <w:t>👩</w:t>
            </w:r>
          </w:p>
          <w:p>
            <w:pPr>
              <w:bidi/>
              <w:spacing w:after="80"/>
              <w:jc w:val="center"/>
            </w:pPr>
            <w:r>
              <w:rPr>
                <w:b/>
                <w:rtl/>
                <w:bCs/>
              </w:rPr>
              <w:t>אמא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center"/>
            </w:pPr>
            <w:r>
              <w:rPr>
                <w:sz w:val="56"/>
                <w:rtl/>
                <w:szCs w:val="56"/>
              </w:rPr>
              <w:t>👨</w:t>
            </w:r>
          </w:p>
          <w:p>
            <w:pPr>
              <w:bidi/>
              <w:spacing w:after="80"/>
              <w:jc w:val="center"/>
            </w:pPr>
            <w:r>
              <w:rPr>
                <w:b/>
                <w:rtl/>
                <w:bCs/>
              </w:rPr>
              <w:t>אבא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center"/>
            </w:pPr>
            <w:r>
              <w:rPr>
                <w:sz w:val="56"/>
                <w:rtl/>
                <w:szCs w:val="56"/>
              </w:rPr>
              <w:t>🧑‍🤝‍🧑</w:t>
            </w:r>
          </w:p>
          <w:p>
            <w:pPr>
              <w:bidi/>
              <w:spacing w:after="80"/>
              <w:jc w:val="center"/>
            </w:pPr>
            <w:r>
              <w:rPr>
                <w:b/>
                <w:rtl/>
                <w:bCs/>
              </w:rPr>
              <w:t>חבר/ה</w:t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  <w:jc w:val="center"/>
            </w:pPr>
            <w:r>
              <w:rPr>
                <w:sz w:val="56"/>
                <w:rtl/>
                <w:szCs w:val="56"/>
              </w:rPr>
              <w:t>👩‍🏫</w:t>
            </w:r>
          </w:p>
          <w:p>
            <w:pPr>
              <w:bidi/>
              <w:spacing w:after="80"/>
              <w:jc w:val="center"/>
            </w:pPr>
            <w:r>
              <w:rPr>
                <w:b/>
                <w:rtl/>
                <w:bCs/>
              </w:rPr>
              <w:t>מורה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center"/>
            </w:pPr>
            <w:r>
              <w:rPr>
                <w:sz w:val="56"/>
                <w:rtl/>
                <w:szCs w:val="56"/>
              </w:rPr>
              <w:t>🫂</w:t>
            </w:r>
          </w:p>
          <w:p>
            <w:pPr>
              <w:bidi/>
              <w:spacing w:after="80"/>
              <w:jc w:val="center"/>
            </w:pPr>
            <w:r>
              <w:rPr>
                <w:b/>
                <w:rtl/>
                <w:bCs/>
              </w:rPr>
              <w:t>חיבוק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center"/>
            </w:pPr>
            <w:r>
              <w:rPr>
                <w:sz w:val="56"/>
                <w:rtl/>
                <w:szCs w:val="56"/>
              </w:rPr>
              <w:t>🙋</w:t>
            </w:r>
          </w:p>
          <w:p>
            <w:pPr>
              <w:bidi/>
              <w:spacing w:after="80"/>
              <w:jc w:val="center"/>
            </w:pPr>
            <w:r>
              <w:rPr>
                <w:b/>
                <w:rtl/>
                <w:bCs/>
              </w:rPr>
              <w:t>לבקש עזרה</w:t>
            </w:r>
          </w:p>
        </w:tc>
      </w:tr>
    </w:tbl>
    <w:p>
      <w:pPr>
        <w:bidi/>
        <w:spacing w:after="8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EEFB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7"/>
                <w:rtl/>
                <w:bCs/>
                <w:szCs w:val="27"/>
              </w:rPr>
              <w:t>חלק ב׳: איך אני מרגיש/ה?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80"/>
        <w:jc w:val="right"/>
      </w:pPr>
      <w:r>
        <w:rPr>
          <w:rtl/>
        </w:rPr>
        <w:t>צבעו את המד-חום עד המקום שבו אתם עכשיו.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</w:tblGrid>
      <w:tr>
        <w:tc>
          <w:tcPr>
            <w:tcW w:type="dxa" w:w="1021"/>
            <w:shd w:val="clear" w:color="auto" w:fill="2bb673"/>
          </w:tcPr>
          <w:p>
            <w:pPr>
              <w:bidi/>
              <w:spacing w:after="20"/>
              <w:jc w:val="center"/>
            </w:pPr>
            <w:r>
              <w:rPr>
                <w:b/>
                <w:rtl/>
                <w:bCs/>
              </w:rPr>
              <w:t>1</w:t>
            </w:r>
          </w:p>
        </w:tc>
        <w:tc>
          <w:tcPr>
            <w:tcW w:type="dxa" w:w="1021"/>
            <w:shd w:val="clear" w:color="auto" w:fill="2bb673"/>
          </w:tcPr>
          <w:p>
            <w:pPr>
              <w:bidi/>
              <w:spacing w:after="20"/>
              <w:jc w:val="center"/>
            </w:pPr>
            <w:r>
              <w:rPr>
                <w:b/>
                <w:rtl/>
                <w:bCs/>
              </w:rPr>
              <w:t>2</w:t>
            </w:r>
          </w:p>
        </w:tc>
        <w:tc>
          <w:tcPr>
            <w:tcW w:type="dxa" w:w="1021"/>
            <w:shd w:val="clear" w:color="auto" w:fill="2bb673"/>
          </w:tcPr>
          <w:p>
            <w:pPr>
              <w:bidi/>
              <w:spacing w:after="20"/>
              <w:jc w:val="center"/>
            </w:pPr>
            <w:r>
              <w:rPr>
                <w:b/>
                <w:rtl/>
                <w:bCs/>
              </w:rPr>
              <w:t>3</w:t>
            </w:r>
          </w:p>
        </w:tc>
        <w:tc>
          <w:tcPr>
            <w:tcW w:type="dxa" w:w="1021"/>
            <w:shd w:val="clear" w:color="auto" w:fill="ffb703"/>
          </w:tcPr>
          <w:p>
            <w:pPr>
              <w:bidi/>
              <w:spacing w:after="20"/>
              <w:jc w:val="center"/>
            </w:pPr>
            <w:r>
              <w:rPr>
                <w:b/>
                <w:rtl/>
                <w:bCs/>
              </w:rPr>
              <w:t>4</w:t>
            </w:r>
          </w:p>
        </w:tc>
        <w:tc>
          <w:tcPr>
            <w:tcW w:type="dxa" w:w="1021"/>
            <w:shd w:val="clear" w:color="auto" w:fill="ffb703"/>
          </w:tcPr>
          <w:p>
            <w:pPr>
              <w:bidi/>
              <w:spacing w:after="20"/>
              <w:jc w:val="center"/>
            </w:pPr>
            <w:r>
              <w:rPr>
                <w:b/>
                <w:rtl/>
                <w:bCs/>
              </w:rPr>
              <w:t>5</w:t>
            </w:r>
          </w:p>
        </w:tc>
        <w:tc>
          <w:tcPr>
            <w:tcW w:type="dxa" w:w="1021"/>
            <w:shd w:val="clear" w:color="auto" w:fill="ffb703"/>
          </w:tcPr>
          <w:p>
            <w:pPr>
              <w:bidi/>
              <w:spacing w:after="20"/>
              <w:jc w:val="center"/>
            </w:pPr>
            <w:r>
              <w:rPr>
                <w:b/>
                <w:rtl/>
                <w:bCs/>
              </w:rPr>
              <w:t>6</w:t>
            </w:r>
          </w:p>
        </w:tc>
        <w:tc>
          <w:tcPr>
            <w:tcW w:type="dxa" w:w="1021"/>
            <w:shd w:val="clear" w:color="auto" w:fill="ff7a1a"/>
          </w:tcPr>
          <w:p>
            <w:pPr>
              <w:bidi/>
              <w:spacing w:after="20"/>
              <w:jc w:val="center"/>
            </w:pPr>
            <w:r>
              <w:rPr>
                <w:b/>
                <w:rtl/>
                <w:bCs/>
              </w:rPr>
              <w:t>7</w:t>
            </w:r>
          </w:p>
        </w:tc>
        <w:tc>
          <w:tcPr>
            <w:tcW w:type="dxa" w:w="1021"/>
            <w:shd w:val="clear" w:color="auto" w:fill="ff7a1a"/>
          </w:tcPr>
          <w:p>
            <w:pPr>
              <w:bidi/>
              <w:spacing w:after="20"/>
              <w:jc w:val="center"/>
            </w:pPr>
            <w:r>
              <w:rPr>
                <w:b/>
                <w:rtl/>
                <w:bCs/>
              </w:rPr>
              <w:t>8</w:t>
            </w:r>
          </w:p>
        </w:tc>
        <w:tc>
          <w:tcPr>
            <w:tcW w:type="dxa" w:w="1021"/>
            <w:shd w:val="clear" w:color="auto" w:fill="ef4b4b"/>
          </w:tcPr>
          <w:p>
            <w:pPr>
              <w:bidi/>
              <w:spacing w:after="20"/>
              <w:jc w:val="center"/>
            </w:pPr>
            <w:r>
              <w:rPr>
                <w:b/>
                <w:rtl/>
                <w:bCs/>
              </w:rPr>
              <w:t>9</w:t>
            </w:r>
          </w:p>
        </w:tc>
        <w:tc>
          <w:tcPr>
            <w:tcW w:type="dxa" w:w="1021"/>
            <w:shd w:val="clear" w:color="auto" w:fill="ef4b4b"/>
          </w:tcPr>
          <w:p>
            <w:pPr>
              <w:bidi/>
              <w:spacing w:after="20"/>
              <w:jc w:val="center"/>
            </w:pPr>
            <w:r>
              <w:rPr>
                <w:b/>
                <w:rtl/>
                <w:bCs/>
              </w:rPr>
              <w:t>10</w:t>
            </w:r>
          </w:p>
        </w:tc>
      </w:tr>
    </w:tbl>
    <w:p>
      <w:pPr>
        <w:bidi/>
        <w:spacing w:after="80"/>
        <w:jc w:val="right"/>
      </w:pPr>
      <w:r>
        <w:rPr>
          <w:color w:val="4B5B75"/>
          <w:sz w:val="19"/>
          <w:rtl/>
          <w:szCs w:val="19"/>
        </w:rPr>
        <w:t>😌 רגוע/ה (1–3) · 😕 מתחמם/ת (4–6) · 😣 חם/ה (7–8) · 😫 רותח/ת (9–10)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EEFB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7"/>
                <w:rtl/>
                <w:bCs/>
                <w:szCs w:val="27"/>
              </w:rPr>
              <w:t>חלק ג׳: משהו לא נעים בטלפון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80"/>
        <w:jc w:val="right"/>
      </w:pPr>
      <w:r>
        <w:rPr>
          <w:rtl/>
        </w:rPr>
        <w:t>מה עושים? הקיפו.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20"/>
              <w:jc w:val="center"/>
            </w:pPr>
            <w:r>
              <w:rPr>
                <w:sz w:val="56"/>
                <w:rtl/>
                <w:szCs w:val="56"/>
              </w:rPr>
              <w:t>✋</w:t>
            </w:r>
          </w:p>
          <w:p>
            <w:pPr>
              <w:bidi/>
              <w:spacing w:after="80"/>
              <w:jc w:val="center"/>
            </w:pPr>
            <w:r>
              <w:rPr>
                <w:b/>
                <w:rtl/>
                <w:bCs/>
              </w:rPr>
              <w:t>עוצרים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center"/>
            </w:pPr>
            <w:r>
              <w:rPr>
                <w:sz w:val="56"/>
                <w:rtl/>
                <w:szCs w:val="56"/>
              </w:rPr>
              <w:t>🌬️</w:t>
            </w:r>
          </w:p>
          <w:p>
            <w:pPr>
              <w:bidi/>
              <w:spacing w:after="80"/>
              <w:jc w:val="center"/>
            </w:pPr>
            <w:r>
              <w:rPr>
                <w:b/>
                <w:rtl/>
                <w:bCs/>
              </w:rPr>
              <w:t>נושמים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center"/>
            </w:pPr>
            <w:r>
              <w:rPr>
                <w:sz w:val="56"/>
                <w:rtl/>
                <w:szCs w:val="56"/>
              </w:rPr>
              <w:t>🗣️</w:t>
            </w:r>
          </w:p>
          <w:p>
            <w:pPr>
              <w:bidi/>
              <w:spacing w:after="80"/>
              <w:jc w:val="center"/>
            </w:pPr>
            <w:r>
              <w:rPr>
                <w:b/>
                <w:rtl/>
                <w:bCs/>
              </w:rPr>
              <w:t>מספרים למבוגר</w:t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  <w:jc w:val="center"/>
            </w:pPr>
            <w:r>
              <w:rPr>
                <w:sz w:val="56"/>
                <w:rtl/>
                <w:szCs w:val="56"/>
              </w:rPr>
              <w:t>📵</w:t>
            </w:r>
          </w:p>
          <w:p>
            <w:pPr>
              <w:bidi/>
              <w:spacing w:after="80"/>
              <w:jc w:val="center"/>
            </w:pPr>
            <w:r>
              <w:rPr>
                <w:b/>
                <w:rtl/>
                <w:bCs/>
              </w:rPr>
              <w:t>מניחים את הטלפון</w:t>
            </w:r>
          </w:p>
        </w:tc>
        <w:tc>
          <w:tcPr>
            <w:tcW w:type="dxa" w:w="3402"/>
          </w:tcPr>
          <w:p>
            <w:pPr>
              <w:bidi/>
              <w:spacing w:after="20"/>
              <w:jc w:val="center"/>
            </w:pPr>
            <w:r>
              <w:rPr>
                <w:sz w:val="56"/>
                <w:rtl/>
                <w:szCs w:val="56"/>
              </w:rPr>
              <w:t>🤬</w:t>
            </w:r>
          </w:p>
          <w:p>
            <w:pPr>
              <w:bidi/>
              <w:spacing w:after="80"/>
              <w:jc w:val="center"/>
            </w:pPr>
            <w:r>
              <w:rPr>
                <w:b/>
                <w:rtl/>
                <w:bCs/>
              </w:rPr>
              <w:t>כותבים מילה רעה ✗</w:t>
            </w:r>
          </w:p>
        </w:tc>
        <w:tc>
          <w:tcPr>
            <w:tcW w:type="dxa" w:w="3402"/>
          </w:tcPr>
          <w:p/>
        </w:tc>
      </w:tr>
    </w:tbl>
    <w:p>
      <w:pPr>
        <w:bidi/>
        <w:spacing w:after="80"/>
        <w:jc w:val="right"/>
      </w:pPr>
    </w:p>
    <w:p>
      <w:pPr>
        <w:bidi/>
        <w:spacing w:after="80"/>
        <w:jc w:val="right"/>
      </w:pPr>
      <w:r>
        <w:rPr>
          <w:color w:val="555555"/>
          <w:rtl/>
        </w:rPr>
        <w:t>✂ - - - - - - - - - - - - - - - - - - - - - - - - - - - - - - - - - - - - - - - - - -</w:t>
      </w:r>
    </w:p>
    <w:p>
      <w:pPr>
        <w:bidi/>
        <w:spacing w:after="80"/>
        <w:jc w:val="right"/>
      </w:pPr>
      <w:r>
        <w:rPr>
          <w:b/>
          <w:color w:val="0D47A1"/>
          <w:sz w:val="27"/>
          <w:rtl/>
          <w:bCs/>
          <w:szCs w:val="27"/>
        </w:rPr>
        <w:t>✂️ כרטיס היציאה שלי</w:t>
      </w:r>
    </w:p>
    <w:p>
      <w:pPr>
        <w:bidi/>
        <w:spacing w:after="40"/>
        <w:jc w:val="right"/>
      </w:pPr>
      <w:r>
        <w:rPr>
          <w:b/>
          <w:rtl/>
          <w:bCs/>
        </w:rPr>
        <w:t>1. 🫀 כשאני לחוץ/ה (הקיפו: 💓 לב · 🌀 בטן · 🤯 ראש)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b/>
          <w:rtl/>
          <w:bCs/>
        </w:rPr>
        <w:t>2. 🌿 מה מרגיע אותי (צייר/י או כתוב/כתבי)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b/>
          <w:rtl/>
          <w:bCs/>
        </w:rPr>
        <w:t>3. 🛡️ הכלל שלי לטלפון (🌙 בלילה הטלפון ישן)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80"/>
        <w:jc w:val="right"/>
      </w:pPr>
      <w:r>
        <w:rPr>
          <w:b/>
          <w:color w:val="0D47A1"/>
          <w:rtl/>
          <w:bCs/>
        </w:rPr>
        <w:t>אני לא לבד. תמיד אפשר לבקש עזרה. 💛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color w:val="6B7890"/>
        <w:sz w:val="18"/>
        <w:rtl/>
        <w:szCs w:val="18"/>
      </w:rPr>
      <w:t>יצרה: רוית ראש בן ישי · ⚓ העוגנים שלי – חוסן אישי ודיגיטלי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⚓ העוגנים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