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הָעוֹגְנִים שֶׁלִּי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עברית קלה עם ניקוד • לתלמידים עולים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להכיר מילים לרגשות ולמצבי לחץ (מחסן מילים מנוקד).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לזהות עוגנים אישיים – גם כאלה מהמדינה ומהתרבות של התלמיד/ה.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לתרגל עצירה לפני תגובה ברשת, ולדעת למי לפנות.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פתיחה: </w:t>
            </w:r>
            <w:r>
              <w:rPr>
                <w:sz w:val="22"/>
                <w:rtl/>
                <w:szCs w:val="22"/>
              </w:rPr>
              <w:t>לומדים את המילים: עוֹגֵן, סְעָרָה, לַחַץ, רָגוּעַ – עם תמונות באתר.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12׳ · חלק א׳: </w:t>
            </w:r>
            <w:r>
              <w:rPr>
                <w:sz w:val="22"/>
                <w:rtl/>
                <w:szCs w:val="22"/>
              </w:rPr>
              <w:t>מקיפים עוגנים מתוך מחסן מילים מנוקד. מוסיפים עוגן ״מהבית״ (אוכל, שיר, מסורת).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13׳ · חלק ב׳: </w:t>
            </w:r>
            <w:r>
              <w:rPr>
                <w:sz w:val="22"/>
                <w:rtl/>
                <w:szCs w:val="22"/>
              </w:rPr>
              <w:t>מקרה קצר בעברית קלה + בחירת תגובה.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חלק ג׳: </w:t>
            </w:r>
            <w:r>
              <w:rPr>
                <w:sz w:val="22"/>
                <w:rtl/>
                <w:szCs w:val="22"/>
              </w:rPr>
              <w:t>כרטיס יציאה עם מחסן מילים.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סיכום: </w:t>
            </w:r>
            <w:r>
              <w:rPr>
                <w:sz w:val="22"/>
                <w:rtl/>
                <w:szCs w:val="22"/>
              </w:rPr>
              <w:t>כל אחד/ת אומר/ת מילה חדשה שלמד/ה.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הָעוֹגְנִים שֶׁלִּי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עברית קלה עם ניקוד • לתלמידים עולים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חֵלֶק א׳: הָעוֹגְנִים שֶׁלִּי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עוֹגֵן מַחְזִיק אֶת הַסִּירָה בַּסְּעָרָה. מָה מַחְזִיק אוֹתְךָ / אוֹתָךְ כְּשֶׁקָּשֶׁה?</w:t>
      </w:r>
    </w:p>
    <w:p>
      <w:pPr>
        <w:bidi/>
        <w:spacing w:after="80"/>
        <w:jc w:val="right"/>
      </w:pPr>
      <w:r>
        <w:rPr>
          <w:b/>
          <w:rtl/>
          <w:bCs/>
        </w:rPr>
        <w:t>הַקִּיפוּ: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🏃 גּוּף: </w:t>
      </w:r>
      <w:r>
        <w:rPr>
          <w:rtl/>
        </w:rPr>
        <w:t>הֲלִיכָה  /  רִיצָה  /  נְשִׁימָה  /  מִקְלַחַת  /  שֵׁנָה  /  כַּדּוּר  /  רִקּוּד  /  מַיִם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🎨 לֵב: </w:t>
      </w:r>
      <w:r>
        <w:rPr>
          <w:rtl/>
        </w:rPr>
        <w:t>מוּזִיקָה  /  צִיּוּר  /  כְּתִיבָה  /  בִּשּׁוּל  /  סֵפֶר  /  כֶּלֶב / חָתוּל  /  מִשְׂחָק  /  צְחוֹק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💬 אֲנָשִׁים: </w:t>
      </w:r>
      <w:r>
        <w:rPr>
          <w:rtl/>
        </w:rPr>
        <w:t>חָבֵר / חֲבֵרָה  /  אִמָּא  /  אַבָּא  /  אָח / אָחוֹת  /  מוֹרֶה / מוֹרָה  /  יוֹעֶצֶת  /  סָבָא / סָבְתָא  /  שָׁכֵן / שְׁכֵנָה</w:t>
      </w:r>
    </w:p>
    <w:p>
      <w:pPr>
        <w:bidi/>
        <w:spacing w:after="80"/>
        <w:jc w:val="right"/>
      </w:pPr>
      <w:r>
        <w:rPr>
          <w:b/>
          <w:rtl/>
          <w:bCs/>
        </w:rPr>
        <w:t>עוֹגֵן מֵהַבַּיִת / מֵהַמְּדִינָה שֶׁלִּי (אוֹכֶל, שִׁיר, מִנְהָג):</w:t>
      </w:r>
    </w:p>
    <w:p>
      <w:pPr>
        <w:bidi/>
        <w:spacing w:after="120"/>
        <w:jc w:val="right"/>
      </w:pPr>
      <w:r>
        <w:rPr>
          <w:rtl/>
        </w:rPr>
        <w:t>הָעוֹגֵן שֶׁלִּי: 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חֵלֶק ב׳: בַּטֵּלֵפוֹן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לִפְעָמִים בַּטֵּלֵפוֹן יֵשׁ דָּבָר לֹא נָעִים. עוֹצְרִים וְחוֹשְׁבִים.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דָּנָה רוֹאָה תְּמוּנָה: הַחֲבֵרִים בְּבֵית קָפֶה. דָּנָה לֹא שָׁם. הִיא עֲצוּבָה.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b/>
          <w:rtl/>
          <w:bCs/>
        </w:rPr>
        <w:t>מָה דָּנָה חוֹשֶׁבֶת? מָה עוֹד יָכוֹל לִהְיוֹת? הַקִּיפוּ:</w:t>
      </w:r>
    </w:p>
    <w:p>
      <w:pPr>
        <w:bidi/>
        <w:spacing w:after="80"/>
        <w:jc w:val="right"/>
      </w:pPr>
      <w:r>
        <w:rPr>
          <w:rtl/>
        </w:rPr>
        <w:t>◯ אוּלַי זֶה הָיָה פִּתְאוֹם   ◯ אוּלַי חָשְׁבוּ שֶׁהִיא עֲסוּקָה   ◯ הֵם לֹא אוֹהֲבִים אוֹתָהּ   ◯ אֶפְשָׁר לִשְׁאוֹל</w:t>
      </w:r>
    </w:p>
    <w:p>
      <w:pPr>
        <w:bidi/>
        <w:spacing w:after="80"/>
        <w:jc w:val="right"/>
      </w:pPr>
      <w:r>
        <w:rPr>
          <w:b/>
          <w:rtl/>
          <w:bCs/>
        </w:rPr>
        <w:t>מָה טוֹב לַעֲשׂוֹת?</w:t>
      </w:r>
    </w:p>
    <w:p>
      <w:pPr>
        <w:bidi/>
        <w:spacing w:after="80"/>
        <w:jc w:val="right"/>
      </w:pPr>
      <w:r>
        <w:rPr>
          <w:rtl/>
        </w:rPr>
        <w:t>◯ ✋ לַעֲצוֹר   ◯ 🌬️ לִנְשׁוֹם   ◯ 🗣️ לִשְׁאוֹל חָבֵר   ◯ 😡 לִכְתּוֹב מִלִּים רָעוֹת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מַחְסַן מִלִּים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עוֹגֵן – מָה שֶׁמַּחְזִיק אוֹתִי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סְעָרָה – זְמַן קָשֶׁה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לַחַץ – כְּשֶׁיֵּשׁ יוֹתֵר מִדַּי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רָגוּעַ / רְגוּעָה – שָׁקֵט בַּגּוּף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לַעֲצוֹר – לְהַפְסִיק רֶגַע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לִנְשׁוֹם – לְהַכְנִיס אֲוִיר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עֶזְרָה – כְּשֶׁמִּישֶׁהוּ עוֹזֵר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  <w:r>
              <w:rPr>
                <w:sz w:val="26"/>
                <w:rtl/>
                <w:szCs w:val="26"/>
              </w:rPr>
              <w:t>גְּבוּל – עַד כָּאן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כַּרְטִיס יְצִיאָה</w:t>
      </w:r>
    </w:p>
    <w:p>
      <w:pPr>
        <w:bidi/>
        <w:spacing w:after="40"/>
        <w:jc w:val="right"/>
      </w:pPr>
      <w:r>
        <w:rPr>
          <w:b/>
          <w:rtl/>
          <w:bCs/>
        </w:rPr>
        <w:t>1. 🫀 כְּשֶׁיֵּשׁ לִי לַחַץ, הַגּוּף שֶׁלִּי… (לֵב / בֶּטֶן / רֹאשׁ)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🌿 מָה מַרְגִּיעַ אוֹתִי (בְּלִי טֵלֵפוֹן)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🛡️ הַכְּלָל שֶׁלִּי לַטֵּלֵפוֹן (לְמָשָׁל: בַּלַּיְלָה בְּלִי טֵלֵפוֹן)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זִכְרוּ: אַתֶּם לֹא לְבַד. אֶפְשָׁר תָּמִיד לְבַקֵּשׁ עֶזְרָה מֵהַמּוֹרָה אוֹ מֵהַיּוֹעֶצֶת.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⚓ הָעוֹגְנִים שֶׁלִּי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