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👩‍🏫 העוגנים שלי – דף למורה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לכיתות ז׳ עד ט׳ (מותאם גם ליסודי ולחט״ע)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8"/>
                <w:rtl/>
                <w:bCs/>
                <w:szCs w:val="28"/>
              </w:rPr>
              <w:t>👩‍🏫 מהדורה למורה: דגשים והנחיות לפעילות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rtl/>
                <w:bCs/>
              </w:rPr>
              <w:t>מטרות הפעילות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מיפוי מקורות חוסן אישיים: זיהוי הכלים, העוגנים והפעולות שעוזרים לתלמיד או לתלמידה להוריד את מפלס הלחץ בעולם האמיתי.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פיתוח חוסן דיגיטלי: בחינת האופן שבו המרחב המקוון (רשתות חברתיות, קבוצת הכיתה, סטורי וסטטוסים) משפיע על מצב הרוח ועל הפרשנות שלנו, ואיך מייצרים הגנה עצמית מול לחץ דיגיטלי.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יצירת ארגז כלי ויסות אישי: גיבוש ״כרטיס יציאה״ ובו סימן גופני, פעולה מרגיעה וגבול דיגיטלי אישי.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5׳ · פתיחה: ״העוגן בסערה״: </w:t>
            </w:r>
            <w:r>
              <w:rPr>
                <w:sz w:val="22"/>
                <w:rtl/>
                <w:szCs w:val="22"/>
              </w:rPr>
              <w:t>שאלה למליאה: ״מה עושה ספינה בסערה כדי לא להיסחף?״ מציגים את גש״ר מאח״ד בקצרה – שש דרכים להתמודד, ולכל אחד שילוב משלו.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12׳ · חלק א׳ – העוגנים שלי: </w:t>
            </w:r>
            <w:r>
              <w:rPr>
                <w:sz w:val="22"/>
                <w:rtl/>
                <w:szCs w:val="22"/>
              </w:rPr>
              <w:t>עבודה אישית: סימון עוגנים בשלושה תחומים ו״הדבר הקטן״. שיתוף בזוגות: ״עוגן אחד שלי שהפתיע אותך?״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15׳ · חלק ב׳ – חומת מגן דיגיטלית: </w:t>
            </w:r>
            <w:r>
              <w:rPr>
                <w:sz w:val="22"/>
                <w:rtl/>
                <w:szCs w:val="22"/>
              </w:rPr>
              <w:t>קריאת המקרה של דנה בקול. בזוגות: ״מה המוח חושב מיד״ מול ״מה עוד יכול להיות נכון״. דיון מליאה על בחירת תגובה וניסוח כלל אישי. אפשר להפעיל את ״מפענח המחשבות״ באתר על הלוח.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8׳ · חלק ג׳ – כרטיס יציאה: </w:t>
            </w:r>
            <w:r>
              <w:rPr>
                <w:sz w:val="22"/>
                <w:rtl/>
                <w:szCs w:val="22"/>
              </w:rPr>
              <w:t>כל תלמיד/ה ממלא/ת לעצמו/ה את ״האנטי-וירוס הרגשי״: סימן בגוף, פעולה מרגיעה, גבול דיגיטלי. הכרטיס נשאר אצלם.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5׳ · סיכום: </w:t>
            </w:r>
            <w:r>
              <w:rPr>
                <w:sz w:val="22"/>
                <w:rtl/>
                <w:szCs w:val="22"/>
              </w:rPr>
              <w:t>סבב מילה אחת: ״עוגן שאני לוקח/ת איתי״. תזכורת: יש למי לפנות – המחנך/ת, היועצת, נאמני החוסן.</w:t>
            </w:r>
          </w:p>
          <w:p>
            <w:pPr>
              <w:bidi/>
              <w:spacing w:after="80"/>
              <w:jc w:val="right"/>
            </w:pPr>
            <w:r>
              <w:rPr>
                <w:color w:val="4B5B75"/>
                <w:sz w:val="19"/>
                <w:rtl/>
                <w:szCs w:val="19"/>
              </w:rPr>
              <w:t>🛟 תמיכה, לא טיפול: אין חובה לשתף. כל חשש למצוקה או לפגיעה – פונים ליועצת או לפסיכולוגית בית הספר.</w:t>
            </w:r>
          </w:p>
        </w:tc>
      </w:tr>
    </w:tbl>
    <w:p>
      <w:pPr>
        <w:bidi/>
        <w:spacing w:after="8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גרסת 10 דקות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לשיעור חינוך קצר או לפתיחת יום: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2׳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פתיחה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״מה העוגן שלכם ביום קשה?״ – מילה אחת מכל אחד/ת (או הצבעה על אחד משלושת התחומים).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5׳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מקרה אחד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קוראים את המקרה של דנה. שתי שאלות: מה המוח חושב מיד? מה עוד יכול להיות נכון?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3׳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כרטיס יציאה מקוצר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כל אחד/ת כותב/ת גבול דיגיטלי אחד ועוגן אחד לשבוע.</w:t>
            </w:r>
          </w:p>
        </w:tc>
      </w:tr>
    </w:tbl>
    <w:p>
      <w:pPr>
        <w:bidi/>
        <w:spacing w:after="8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מסגרת: גש״ר מאח״ד ועש״ן ד״ק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🏃 ג · גוף</w:t>
            </w:r>
          </w:p>
        </w:tc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תנועה, נשימות, שינה טובה, אוכל, מקלחת חמה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🧠 ש · שכל</w:t>
            </w:r>
          </w:p>
        </w:tc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לאסוף מידע אמין, לתכנן, לעשות רשימה, לחלק משימה גדולה לקטנות</w:t>
            </w:r>
          </w:p>
        </w:tc>
      </w:tr>
      <w:tr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❤️ ר · רגש</w:t>
            </w:r>
          </w:p>
        </w:tc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לדבר על מה שמרגישים, לבכות, לצחוק, לכתוב, לצייר, מוזיקה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🌟 מ״א · מערכת אמונות</w:t>
            </w:r>
          </w:p>
        </w:tc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תקווה, ״יהיה בסדר״, משמעות, ערכים, מה שחשוב לי</w:t>
            </w:r>
          </w:p>
        </w:tc>
      </w:tr>
      <w:tr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🤝 ח · חברה</w:t>
            </w:r>
          </w:p>
        </w:tc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חברים, משפחה, קבוצה, תפקיד, לבקש עזרה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🌈 ד · דמיון</w:t>
            </w:r>
          </w:p>
        </w:tc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יצירה, הומור, לדמיין מקום רגוע, פתרונות יצירתיים</w:t>
            </w:r>
          </w:p>
        </w:tc>
      </w:tr>
    </w:tbl>
    <w:p>
      <w:pPr>
        <w:bidi/>
        <w:spacing w:after="8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✋ ע · עצור</w:t>
            </w:r>
          </w:p>
        </w:tc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לוקחים פסק זמן ואומרים לעצמנו בשקט: ״עצור!״</w:t>
            </w:r>
          </w:p>
        </w:tc>
      </w:tr>
      <w:tr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💪 ש · שרירים</w:t>
            </w:r>
          </w:p>
        </w:tc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מכווצים אגרופים עם שאיפה, ומשחררים בנשיפה איטית</w:t>
            </w:r>
          </w:p>
        </w:tc>
      </w:tr>
      <w:tr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🌬️ נ · נשימה</w:t>
            </w:r>
          </w:p>
        </w:tc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נשימה איטית אחת, ואפשר גם שתיים או שלוש</w:t>
            </w:r>
          </w:p>
        </w:tc>
      </w:tr>
      <w:tr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💬 ד · דיבור עצמי מרגיע</w:t>
            </w:r>
          </w:p>
        </w:tc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משפט מחזק (״זה זמני״, ״אני לא לבד״) ודימוי של רגע טוב</w:t>
            </w:r>
          </w:p>
        </w:tc>
      </w:tr>
      <w:tr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➡️ ק · קדימה</w:t>
            </w:r>
          </w:p>
        </w:tc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ממשיכים להתמודד, או מניחים לזה וחוזרים אחר כך</w:t>
            </w:r>
          </w:p>
        </w:tc>
      </w:tr>
    </w:tbl>
    <w:p>
      <w:pPr>
        <w:bidi/>
        <w:spacing w:after="8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דגשים להנחיה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tl/>
        </w:rPr>
        <w:t>• השתמשו בשפה של ״גם וגם״: הרשת יכולה לחבר ולהעצים, וגם ליצור לחץ.</w:t>
      </w:r>
    </w:p>
    <w:p>
      <w:pPr>
        <w:bidi/>
        <w:spacing w:after="60"/>
        <w:jc w:val="right"/>
      </w:pPr>
      <w:r>
        <w:rPr>
          <w:rtl/>
        </w:rPr>
        <w:t>• כשמנתחים מקרה – שואלים ״מה עוד יכול להיות נכון?״ ולא ״מה נכון?״. המטרה היא גמישות מחשבתית, לא ״תשובה אחת״.</w:t>
      </w:r>
    </w:p>
    <w:p>
      <w:pPr>
        <w:bidi/>
        <w:spacing w:after="60"/>
        <w:jc w:val="right"/>
      </w:pPr>
      <w:r>
        <w:rPr>
          <w:rtl/>
        </w:rPr>
        <w:t>• דגמנו בעצמכם: ספרו על עוגן אישי שלכם או על רגע שבו עצרתם לפני שהגבתם.</w:t>
      </w:r>
    </w:p>
    <w:p>
      <w:pPr>
        <w:bidi/>
        <w:spacing w:after="60"/>
        <w:jc w:val="right"/>
      </w:pPr>
      <w:r>
        <w:rPr>
          <w:rtl/>
        </w:rPr>
        <w:t>• חברו לעש״ן ד״ק: תרגלו יחד נשימה ושחרור שרירים של 30 שניות בתחילת השיעור.</w:t>
      </w:r>
    </w:p>
    <w:p>
      <w:pPr>
        <w:bidi/>
        <w:spacing w:after="60"/>
        <w:jc w:val="right"/>
      </w:pPr>
      <w:r>
        <w:rPr>
          <w:rtl/>
        </w:rPr>
        <w:t>• הזמינו את נאמני החוסן התלמידים להוביל את חלק ב׳ בכיתות הבוגרות.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🛟 מרחב בטוח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tl/>
        </w:rPr>
        <w:t>• זו פעילות של תמיכה וחיזוק – לא טיפול. אין לחץ לשתף; מותר לומר ״אני מעדיף/ה לא לשתף״ (״כרטיס דילוג״).</w:t>
      </w:r>
    </w:p>
    <w:p>
      <w:pPr>
        <w:bidi/>
        <w:spacing w:after="60"/>
        <w:jc w:val="right"/>
      </w:pPr>
      <w:r>
        <w:rPr>
          <w:rtl/>
        </w:rPr>
        <w:t>• אנחנו מדברים על ״רגעים״ ו״מצבים״, לא על אנשים מהכיתה. בלי שמות אמיתיים, בלי צילומי מסך של תלמידים.</w:t>
      </w:r>
    </w:p>
    <w:p>
      <w:pPr>
        <w:bidi/>
        <w:spacing w:after="60"/>
        <w:jc w:val="right"/>
      </w:pPr>
      <w:r>
        <w:rPr>
          <w:rtl/>
        </w:rPr>
        <w:t>• אם תלמיד/ה משתף/ת במצוקה, פגיעה, חרם, פגיעה עצמית או סכנה – מודים על האמון, לא מבטיחים סודיות, ומפנים מיד ליועצת או לפסיכולוגית בית הספר.</w:t>
      </w:r>
    </w:p>
    <w:p>
      <w:pPr>
        <w:bidi/>
        <w:spacing w:after="60"/>
        <w:jc w:val="right"/>
      </w:pPr>
      <w:r>
        <w:rPr>
          <w:rtl/>
        </w:rPr>
        <w:t>• לסיים תמיד בטון מחזק: עוגן, משפט מחזק או סבב הכרת תודה – לא ״להשאיר פתוח״ רגש קשה.</w:t>
      </w:r>
    </w:p>
    <w:p>
      <w:pPr>
        <w:bidi/>
        <w:spacing w:after="60"/>
        <w:jc w:val="right"/>
      </w:pPr>
      <w:r>
        <w:rPr>
          <w:rtl/>
        </w:rPr>
        <w:t>• ההשתתפות ממקום של בחירה: כרטיס היציאה נשאר אצל התלמיד/ה ולא נאסף לבדיקה.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התאמות לפי רמה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tl/>
        </w:rPr>
        <w:t>• יסודי: מקרים מעולם הכיתה ומשחקים ברשת, ציור עוגן, כרטיס ״כוח״.</w:t>
      </w:r>
    </w:p>
    <w:p>
      <w:pPr>
        <w:bidi/>
        <w:spacing w:after="60"/>
        <w:jc w:val="right"/>
      </w:pPr>
      <w:r>
        <w:rPr>
          <w:rtl/>
        </w:rPr>
        <w:t>• חט״ב: הערכה המלאה – עוגנים, חומת מגן, מד-חום וכרטיס יציאה.</w:t>
      </w:r>
    </w:p>
    <w:p>
      <w:pPr>
        <w:bidi/>
        <w:spacing w:after="60"/>
        <w:jc w:val="right"/>
      </w:pPr>
      <w:r>
        <w:rPr>
          <w:rtl/>
        </w:rPr>
        <w:t>• חט״ע: פרופיל גש״ר מאח״ד בדירוג, אלגוריתם והשוואה, חרם מוסווה, אמנה דיגיטלית.</w:t>
      </w:r>
    </w:p>
    <w:p>
      <w:pPr>
        <w:bidi/>
        <w:spacing w:after="60"/>
        <w:jc w:val="right"/>
      </w:pPr>
      <w:r>
        <w:rPr>
          <w:rtl/>
        </w:rPr>
        <w:t>• עולים: עברית קלה, ניקוד ומחסן מילים; עוגן ״מהבית ומהמדינה שלי״.</w:t>
      </w:r>
    </w:p>
    <w:p>
      <w:pPr>
        <w:bidi/>
        <w:spacing w:after="60"/>
        <w:jc w:val="right"/>
      </w:pPr>
      <w:r>
        <w:rPr>
          <w:rtl/>
        </w:rPr>
        <w:t>• חנ״מ: תמונות וסמלים, מד-חום בצבעים, צעד אחד: לעצור ולספר.</w:t>
      </w:r>
    </w:p>
    <w:p>
      <w:pPr>
        <w:bidi/>
        <w:spacing w:after="60"/>
        <w:jc w:val="right"/>
      </w:pPr>
      <w:r>
        <w:rPr>
          <w:rtl/>
        </w:rPr>
        <w:t>• באתר: https://ogenim-sheli.sites.tab.bot – פעילויות אינטראקטיביות לכל שלב.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color w:val="6B7890"/>
        <w:sz w:val="18"/>
        <w:rtl/>
        <w:szCs w:val="18"/>
      </w:rPr>
      <w:t>יצרה: רוית ראש בן ישי · ⚓ העוגנים שלי – חוסן אישי ודיגיטלי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👩‍🏫 העוגנים שלי – דף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